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1C7F" w14:textId="77777777" w:rsidR="001939AF" w:rsidRDefault="001F4BF7">
      <w:pPr>
        <w:spacing w:after="100" w:line="240" w:lineRule="auto"/>
        <w:jc w:val="center"/>
      </w:pPr>
      <w:r>
        <w:rPr>
          <w:rFonts w:cs="Times New Roman"/>
          <w:b/>
        </w:rPr>
        <w:t>DOBROWOLNA ZGODA NA UTRWALANIE I ROZPOWSZECHNIANIE</w:t>
      </w:r>
      <w:r>
        <w:rPr>
          <w:rFonts w:cs="Times New Roman"/>
          <w:b/>
        </w:rPr>
        <w:br/>
        <w:t>WIZERUNKU, GŁOSU I WYPOWIEDZI PRZEZ CARITAS DIECEZJI ZAMOJSKO-LUBACZOWSKIEJ</w:t>
      </w:r>
    </w:p>
    <w:p w14:paraId="4CEA20B5" w14:textId="692D2C29" w:rsidR="001939AF" w:rsidRDefault="001F4BF7" w:rsidP="00C61A39">
      <w:pPr>
        <w:spacing w:after="80" w:line="240" w:lineRule="auto"/>
        <w:jc w:val="both"/>
      </w:pPr>
      <w:r>
        <w:rPr>
          <w:rFonts w:cs="Times New Roman"/>
        </w:rPr>
        <w:t>Zgoda dotyczy materiałów wykonanych lub przekazanych w związku z działaniami, wydarzeniami, akcjami i</w:t>
      </w:r>
      <w:r w:rsidR="001779F2">
        <w:rPr>
          <w:rFonts w:cs="Times New Roman"/>
        </w:rPr>
        <w:t> </w:t>
      </w:r>
      <w:r>
        <w:rPr>
          <w:rFonts w:cs="Times New Roman"/>
        </w:rPr>
        <w:t>inicjatywami Caritas Diecezji Zamojsko-Lubaczowskiej.</w:t>
      </w:r>
    </w:p>
    <w:p w14:paraId="4CF5A129" w14:textId="77777777" w:rsidR="001939AF" w:rsidRDefault="001F4BF7" w:rsidP="00C61A39">
      <w:pPr>
        <w:spacing w:after="0" w:line="240" w:lineRule="auto"/>
        <w:jc w:val="both"/>
      </w:pPr>
      <w:r>
        <w:rPr>
          <w:rFonts w:cs="Times New Roman"/>
          <w:b/>
        </w:rPr>
        <w:t>Imię i nazwisko osoby, której zgoda dotyczy:</w:t>
      </w:r>
    </w:p>
    <w:p w14:paraId="08BBE1AC" w14:textId="77777777" w:rsidR="001779F2" w:rsidRDefault="001779F2" w:rsidP="00C61A39">
      <w:pPr>
        <w:spacing w:after="40" w:line="240" w:lineRule="auto"/>
        <w:jc w:val="both"/>
        <w:rPr>
          <w:rFonts w:cs="Times New Roman"/>
        </w:rPr>
      </w:pPr>
    </w:p>
    <w:p w14:paraId="063480D5" w14:textId="05041590" w:rsidR="001939AF" w:rsidRDefault="001F4BF7" w:rsidP="00C61A39">
      <w:pPr>
        <w:spacing w:after="40" w:line="240" w:lineRule="auto"/>
        <w:jc w:val="both"/>
      </w:pPr>
      <w:r>
        <w:rPr>
          <w:rFonts w:cs="Times New Roman"/>
        </w:rPr>
        <w:t>............................................................................................................................</w:t>
      </w:r>
    </w:p>
    <w:p w14:paraId="273F242D" w14:textId="77777777" w:rsidR="001939AF" w:rsidRDefault="001F4BF7" w:rsidP="00C61A39">
      <w:pPr>
        <w:spacing w:after="0" w:line="240" w:lineRule="auto"/>
        <w:jc w:val="both"/>
      </w:pPr>
      <w:r>
        <w:rPr>
          <w:rFonts w:cs="Times New Roman"/>
          <w:b/>
        </w:rPr>
        <w:t>W przypadku osoby małoletniej – imię i nazwisko rodzica/opiekuna prawnego:</w:t>
      </w:r>
    </w:p>
    <w:p w14:paraId="20D029DD" w14:textId="77777777" w:rsidR="001779F2" w:rsidRDefault="001779F2" w:rsidP="00C61A39">
      <w:pPr>
        <w:spacing w:after="60" w:line="240" w:lineRule="auto"/>
        <w:jc w:val="both"/>
        <w:rPr>
          <w:rFonts w:cs="Times New Roman"/>
        </w:rPr>
      </w:pPr>
    </w:p>
    <w:p w14:paraId="3C5BA00D" w14:textId="2ACD4B58" w:rsidR="001939AF" w:rsidRDefault="001F4BF7" w:rsidP="00C61A39">
      <w:pPr>
        <w:spacing w:after="60" w:line="240" w:lineRule="auto"/>
        <w:jc w:val="both"/>
      </w:pPr>
      <w:r>
        <w:rPr>
          <w:rFonts w:cs="Times New Roman"/>
        </w:rPr>
        <w:t>............................................................................................................................</w:t>
      </w:r>
    </w:p>
    <w:p w14:paraId="2217D410" w14:textId="77777777" w:rsidR="001939AF" w:rsidRDefault="001F4BF7" w:rsidP="00C61A39">
      <w:pPr>
        <w:spacing w:after="60" w:line="240" w:lineRule="auto"/>
        <w:jc w:val="both"/>
      </w:pPr>
      <w:r>
        <w:rPr>
          <w:rFonts w:cs="Times New Roman"/>
        </w:rPr>
        <w:t>Działając jako osoba pełnoletnia albo przedstawiciel ustawowy osoby małoletniej, wyrażam dobrowolną i nieodpłatną zgodę na utrwalanie oraz rozpowszechnianie przez Caritas Diecezji Zamojsko-Lubaczowskiej mojego wizerunku, głosu i/lub wypowiedzi / wizerunku, głosu i/lub wypowiedzi mojego dziecka – w celu dokumentowania i relacjonowania działań Caritas oraz promocji wolontariatu i działalności statutowej Caritas.</w:t>
      </w:r>
    </w:p>
    <w:p w14:paraId="072F2C47" w14:textId="77777777" w:rsidR="001939AF" w:rsidRDefault="001F4BF7">
      <w:pPr>
        <w:keepNext/>
        <w:spacing w:before="40" w:after="40" w:line="240" w:lineRule="auto"/>
      </w:pPr>
      <w:r>
        <w:rPr>
          <w:rFonts w:cs="Times New Roman"/>
          <w:b/>
        </w:rPr>
        <w:t>Zakres materiałów – zaznacz właściwe: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9"/>
        <w:gridCol w:w="4989"/>
      </w:tblGrid>
      <w:tr w:rsidR="001939AF" w14:paraId="78974698" w14:textId="77777777" w:rsidTr="001779F2">
        <w:trPr>
          <w:jc w:val="center"/>
        </w:trPr>
        <w:tc>
          <w:tcPr>
            <w:tcW w:w="498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C257B1" w14:textId="77777777" w:rsidR="001939AF" w:rsidRDefault="001F4BF7">
            <w:pPr>
              <w:spacing w:after="0" w:line="240" w:lineRule="auto"/>
            </w:pPr>
            <w:r>
              <w:rPr>
                <w:rFonts w:cs="Times New Roman"/>
              </w:rPr>
              <w:t>☐ fotografie</w:t>
            </w:r>
          </w:p>
        </w:tc>
        <w:tc>
          <w:tcPr>
            <w:tcW w:w="498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AAE81C" w14:textId="6956C60C" w:rsidR="001939AF" w:rsidRDefault="00A234FB">
            <w:pPr>
              <w:spacing w:after="0" w:line="240" w:lineRule="auto"/>
            </w:pPr>
            <w:r>
              <w:rPr>
                <w:rFonts w:cs="Times New Roman"/>
              </w:rPr>
              <w:t xml:space="preserve">    </w:t>
            </w:r>
            <w:r w:rsidR="001F4BF7">
              <w:rPr>
                <w:rFonts w:cs="Times New Roman"/>
              </w:rPr>
              <w:t>☐ nagrania wideo</w:t>
            </w:r>
          </w:p>
        </w:tc>
      </w:tr>
      <w:tr w:rsidR="001939AF" w14:paraId="7EE4033B" w14:textId="77777777" w:rsidTr="001779F2">
        <w:trPr>
          <w:jc w:val="center"/>
        </w:trPr>
        <w:tc>
          <w:tcPr>
            <w:tcW w:w="498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7C3FE9" w14:textId="77777777" w:rsidR="001939AF" w:rsidRDefault="001F4BF7">
            <w:pPr>
              <w:spacing w:after="0" w:line="240" w:lineRule="auto"/>
            </w:pPr>
            <w:r>
              <w:rPr>
                <w:rFonts w:cs="Times New Roman"/>
              </w:rPr>
              <w:t>☐ głos / nagrania audio</w:t>
            </w:r>
          </w:p>
        </w:tc>
        <w:tc>
          <w:tcPr>
            <w:tcW w:w="498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ACAFE0" w14:textId="40F89DCA" w:rsidR="001939AF" w:rsidRDefault="00A234FB">
            <w:pPr>
              <w:spacing w:after="0" w:line="240" w:lineRule="auto"/>
            </w:pPr>
            <w:r>
              <w:rPr>
                <w:rFonts w:cs="Times New Roman"/>
              </w:rPr>
              <w:t xml:space="preserve">    </w:t>
            </w:r>
            <w:r w:rsidR="001F4BF7">
              <w:rPr>
                <w:rFonts w:cs="Times New Roman"/>
              </w:rPr>
              <w:t>☐ wypowiedzi, rozmowy lub wywiady</w:t>
            </w:r>
          </w:p>
        </w:tc>
      </w:tr>
    </w:tbl>
    <w:p w14:paraId="0C5CECFE" w14:textId="77777777" w:rsidR="001939AF" w:rsidRDefault="001939AF">
      <w:pPr>
        <w:spacing w:after="0" w:line="240" w:lineRule="auto"/>
      </w:pPr>
    </w:p>
    <w:p w14:paraId="63FC77CE" w14:textId="77777777" w:rsidR="001939AF" w:rsidRDefault="001F4BF7">
      <w:pPr>
        <w:keepNext/>
        <w:spacing w:before="40" w:after="40" w:line="240" w:lineRule="auto"/>
      </w:pPr>
      <w:r>
        <w:rPr>
          <w:rFonts w:cs="Times New Roman"/>
          <w:b/>
        </w:rPr>
        <w:t>Kanały publikacji – zaznacz właściwe: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31"/>
        <w:gridCol w:w="4747"/>
      </w:tblGrid>
      <w:tr w:rsidR="001939AF" w:rsidRPr="00A234FB" w14:paraId="7B9084DB" w14:textId="77777777" w:rsidTr="00A234FB">
        <w:trPr>
          <w:jc w:val="center"/>
        </w:trPr>
        <w:tc>
          <w:tcPr>
            <w:tcW w:w="523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8D0821" w14:textId="0DA91012" w:rsidR="001939AF" w:rsidRDefault="001F4BF7">
            <w:pPr>
              <w:spacing w:after="0" w:line="240" w:lineRule="auto"/>
            </w:pPr>
            <w:r>
              <w:rPr>
                <w:rFonts w:cs="Times New Roman"/>
              </w:rPr>
              <w:t xml:space="preserve">☐ </w:t>
            </w:r>
            <w:hyperlink r:id="rId6" w:history="1">
              <w:r w:rsidR="0023447B" w:rsidRPr="00D9686C">
                <w:rPr>
                  <w:rStyle w:val="Hipercze"/>
                  <w:rFonts w:cs="Times New Roman"/>
                </w:rPr>
                <w:t>https://caritas.zamojskolubac</w:t>
              </w:r>
              <w:r w:rsidR="0023447B" w:rsidRPr="00D9686C">
                <w:rPr>
                  <w:rStyle w:val="Hipercze"/>
                  <w:rFonts w:cs="Times New Roman"/>
                </w:rPr>
                <w:t>zowska.pl/</w:t>
              </w:r>
            </w:hyperlink>
            <w:r w:rsidR="0023447B">
              <w:rPr>
                <w:rFonts w:cs="Times New Roman"/>
              </w:rPr>
              <w:t xml:space="preserve"> </w:t>
            </w:r>
          </w:p>
        </w:tc>
        <w:tc>
          <w:tcPr>
            <w:tcW w:w="47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7DC237" w14:textId="4260910A" w:rsidR="001939AF" w:rsidRPr="00A234FB" w:rsidRDefault="00A234FB">
            <w:pPr>
              <w:spacing w:after="0" w:line="240" w:lineRule="auto"/>
            </w:pPr>
            <w:r>
              <w:rPr>
                <w:rFonts w:cs="Times New Roman"/>
              </w:rPr>
              <w:t xml:space="preserve">       </w:t>
            </w:r>
            <w:r w:rsidR="001F4BF7" w:rsidRPr="00A234FB">
              <w:rPr>
                <w:rFonts w:cs="Times New Roman"/>
              </w:rPr>
              <w:t xml:space="preserve">☐ </w:t>
            </w:r>
            <w:hyperlink r:id="rId7" w:history="1">
              <w:r w:rsidRPr="00D9686C">
                <w:rPr>
                  <w:rStyle w:val="Hipercze"/>
                  <w:rFonts w:cs="Times New Roman"/>
                </w:rPr>
                <w:t>https://w</w:t>
              </w:r>
              <w:r w:rsidRPr="00D9686C">
                <w:rPr>
                  <w:rStyle w:val="Hipercze"/>
                  <w:rFonts w:cs="Times New Roman"/>
                </w:rPr>
                <w:t>ww.facebook.com/CaritasZamosc</w:t>
              </w:r>
            </w:hyperlink>
            <w:r w:rsidRPr="00A234FB">
              <w:rPr>
                <w:rFonts w:cs="Times New Roman"/>
              </w:rPr>
              <w:t xml:space="preserve"> </w:t>
            </w:r>
          </w:p>
        </w:tc>
      </w:tr>
      <w:tr w:rsidR="001939AF" w:rsidRPr="00A234FB" w14:paraId="7F72D191" w14:textId="77777777" w:rsidTr="00A234FB">
        <w:trPr>
          <w:jc w:val="center"/>
        </w:trPr>
        <w:tc>
          <w:tcPr>
            <w:tcW w:w="523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45AD55" w14:textId="446A0266" w:rsidR="001939AF" w:rsidRDefault="001F4BF7">
            <w:pPr>
              <w:spacing w:after="0" w:line="240" w:lineRule="auto"/>
            </w:pPr>
            <w:r>
              <w:rPr>
                <w:rFonts w:cs="Times New Roman"/>
              </w:rPr>
              <w:t xml:space="preserve">☐ </w:t>
            </w:r>
            <w:hyperlink r:id="rId8" w:history="1">
              <w:r w:rsidR="00A234FB" w:rsidRPr="00D9686C">
                <w:rPr>
                  <w:rStyle w:val="Hipercze"/>
                  <w:rFonts w:cs="Times New Roman"/>
                </w:rPr>
                <w:t>https://w</w:t>
              </w:r>
              <w:r w:rsidR="00A234FB" w:rsidRPr="00D9686C">
                <w:rPr>
                  <w:rStyle w:val="Hipercze"/>
                  <w:rFonts w:cs="Times New Roman"/>
                </w:rPr>
                <w:t>ww.youtube.com/@caritasdiecezjizamojsko-lu2668</w:t>
              </w:r>
            </w:hyperlink>
            <w:r w:rsidR="00A234FB">
              <w:rPr>
                <w:rFonts w:cs="Times New Roman"/>
              </w:rPr>
              <w:t xml:space="preserve"> </w:t>
            </w:r>
          </w:p>
        </w:tc>
        <w:tc>
          <w:tcPr>
            <w:tcW w:w="47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1785BE" w14:textId="711E1051" w:rsidR="001939AF" w:rsidRPr="00A234FB" w:rsidRDefault="00A234FB">
            <w:pPr>
              <w:spacing w:after="0" w:line="240" w:lineRule="auto"/>
            </w:pPr>
            <w:r>
              <w:rPr>
                <w:rFonts w:cs="Times New Roman"/>
              </w:rPr>
              <w:t xml:space="preserve">       </w:t>
            </w:r>
            <w:r w:rsidR="001F4BF7" w:rsidRPr="00A234FB">
              <w:rPr>
                <w:rFonts w:cs="Times New Roman"/>
              </w:rPr>
              <w:t xml:space="preserve">☐ </w:t>
            </w:r>
            <w:hyperlink r:id="rId9" w:history="1">
              <w:r w:rsidRPr="00D9686C">
                <w:rPr>
                  <w:rStyle w:val="Hipercze"/>
                  <w:rFonts w:cs="Times New Roman"/>
                </w:rPr>
                <w:t>https://www.instagra</w:t>
              </w:r>
              <w:r w:rsidRPr="00D9686C">
                <w:rPr>
                  <w:rStyle w:val="Hipercze"/>
                  <w:rFonts w:cs="Times New Roman"/>
                </w:rPr>
                <w:t>m.com/caritas_zamosc</w:t>
              </w:r>
            </w:hyperlink>
            <w:r>
              <w:rPr>
                <w:rFonts w:cs="Times New Roman"/>
              </w:rPr>
              <w:t xml:space="preserve"> </w:t>
            </w:r>
          </w:p>
        </w:tc>
      </w:tr>
    </w:tbl>
    <w:p w14:paraId="72DE9824" w14:textId="77777777" w:rsidR="001939AF" w:rsidRPr="00A234FB" w:rsidRDefault="001939AF">
      <w:pPr>
        <w:spacing w:after="0" w:line="240" w:lineRule="auto"/>
      </w:pPr>
    </w:p>
    <w:p w14:paraId="607F8FA4" w14:textId="77777777" w:rsidR="001939AF" w:rsidRDefault="001F4BF7" w:rsidP="00C61A39">
      <w:pPr>
        <w:spacing w:after="60" w:line="240" w:lineRule="auto"/>
        <w:jc w:val="both"/>
      </w:pPr>
      <w:r>
        <w:rPr>
          <w:rFonts w:cs="Times New Roman"/>
        </w:rPr>
        <w:t>Zgoda obejmuje również materiały przekazane Caritas przez osobę, której dotyczą, w celu ich publikacji, a także techniczne opracowanie materiałów (np. kadrowanie, montaż, skrócenie, poprawę jakości, napisy, podkład muzyczny), o ile nie zmienia ono sensu wypowiedzi ani nie narusza godności lub dóbr osobistych.</w:t>
      </w:r>
    </w:p>
    <w:p w14:paraId="18B67C71" w14:textId="77777777" w:rsidR="001939AF" w:rsidRDefault="001F4BF7" w:rsidP="00C61A39">
      <w:pPr>
        <w:spacing w:after="60" w:line="240" w:lineRule="auto"/>
        <w:jc w:val="both"/>
      </w:pPr>
      <w:r>
        <w:rPr>
          <w:rFonts w:cs="Times New Roman"/>
        </w:rPr>
        <w:t>Materiały nie będą łączone z informacjami o korzystaniu z pomocy Caritas, zdrowiu, niepełnosprawności, sytuacji rodzinnej lub ekonomicznej bez odrębnej podstawy prawnej.</w:t>
      </w:r>
    </w:p>
    <w:p w14:paraId="54F6B58E" w14:textId="77777777" w:rsidR="001779F2" w:rsidRDefault="001F4BF7" w:rsidP="00C61A39">
      <w:pPr>
        <w:spacing w:after="6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Zgoda jest dobrowolna. Jej brak nie powoduje negatywnych konsekwencji ani nie wpływa na możliwość udziału w działaniach Caritas lub korzystania z pomocy Caritas. </w:t>
      </w:r>
    </w:p>
    <w:p w14:paraId="2BD0CA2D" w14:textId="6CE2D448" w:rsidR="001939AF" w:rsidRDefault="001F4BF7" w:rsidP="00C61A39">
      <w:pPr>
        <w:spacing w:after="60" w:line="240" w:lineRule="auto"/>
        <w:jc w:val="both"/>
      </w:pPr>
      <w:r>
        <w:rPr>
          <w:rFonts w:cs="Times New Roman"/>
        </w:rPr>
        <w:t>Zgodę można wycofać w każdym czasie – w całości, dla danego materiału lub kanału – pisząc na zamosc@caritas.pl albo składając oświadczenie w siedzibie Caritas. Wycofanie nie wpływa na zgodność z prawem wcześniejszego wykorzystania. Po wycofaniu zgody Caritas zaprzestanie nowych publikacji i usunie materiał z kanałów pozostających pod jego kontrolą, o ile będzie to technicznie możliwe.</w:t>
      </w:r>
    </w:p>
    <w:p w14:paraId="03E8F2FF" w14:textId="0C4DF5A9" w:rsidR="001939AF" w:rsidRDefault="001F4BF7" w:rsidP="00C61A39">
      <w:pPr>
        <w:spacing w:after="80" w:line="240" w:lineRule="auto"/>
        <w:jc w:val="both"/>
      </w:pPr>
      <w:r>
        <w:t>Materiały opublikowane w Internecie mogą zostać skopiowane lub dalej udostępnione przez innych użytkowników, na co Caritas nie ma wpływu.</w:t>
      </w:r>
      <w:r w:rsidR="00C61A39">
        <w:t xml:space="preserve"> </w:t>
      </w:r>
    </w:p>
    <w:p w14:paraId="4FD8C5DE" w14:textId="77777777" w:rsidR="001779F2" w:rsidRDefault="001779F2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28"/>
        <w:gridCol w:w="6350"/>
      </w:tblGrid>
      <w:tr w:rsidR="001939AF" w14:paraId="26218B13" w14:textId="77777777">
        <w:trPr>
          <w:jc w:val="center"/>
        </w:trPr>
        <w:tc>
          <w:tcPr>
            <w:tcW w:w="362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8F954C" w14:textId="77777777" w:rsidR="001779F2" w:rsidRDefault="001F4BF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Miejscowość i data:</w:t>
            </w:r>
            <w:r>
              <w:rPr>
                <w:rFonts w:cs="Times New Roman"/>
              </w:rPr>
              <w:br/>
            </w:r>
          </w:p>
          <w:p w14:paraId="1ABEE187" w14:textId="179FFBE7" w:rsidR="001939AF" w:rsidRDefault="001F4BF7">
            <w:pPr>
              <w:spacing w:after="0" w:line="240" w:lineRule="auto"/>
            </w:pPr>
            <w:r>
              <w:rPr>
                <w:rFonts w:cs="Times New Roman"/>
              </w:rPr>
              <w:t>........................................................</w:t>
            </w:r>
          </w:p>
        </w:tc>
        <w:tc>
          <w:tcPr>
            <w:tcW w:w="6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6354BE" w14:textId="77777777" w:rsidR="001779F2" w:rsidRDefault="001F4BF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Podpis osoby pełnoletniej albo rodzica/opiekuna prawnego:</w:t>
            </w:r>
            <w:r>
              <w:rPr>
                <w:rFonts w:cs="Times New Roman"/>
              </w:rPr>
              <w:br/>
            </w:r>
          </w:p>
          <w:p w14:paraId="27DEB70F" w14:textId="725F7047" w:rsidR="001939AF" w:rsidRDefault="001F4BF7">
            <w:pPr>
              <w:spacing w:after="0" w:line="240" w:lineRule="auto"/>
            </w:pPr>
            <w:r>
              <w:rPr>
                <w:rFonts w:cs="Times New Roman"/>
              </w:rPr>
              <w:t>........................................................</w:t>
            </w:r>
          </w:p>
        </w:tc>
      </w:tr>
    </w:tbl>
    <w:p w14:paraId="6FE11C76" w14:textId="77777777" w:rsidR="001939AF" w:rsidRDefault="001F4BF7" w:rsidP="00C61A39">
      <w:pPr>
        <w:keepNext/>
        <w:spacing w:before="40" w:after="40" w:line="240" w:lineRule="auto"/>
        <w:jc w:val="both"/>
      </w:pPr>
      <w:r>
        <w:rPr>
          <w:rFonts w:cs="Times New Roman"/>
          <w:b/>
        </w:rPr>
        <w:t>Stanowisko osoby małoletniej</w:t>
      </w:r>
    </w:p>
    <w:p w14:paraId="072C34C7" w14:textId="77777777" w:rsidR="001779F2" w:rsidRDefault="001F4BF7" w:rsidP="00C61A39">
      <w:pPr>
        <w:spacing w:after="4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Zostałam/zostałem poinformowana/poinformowany w sposób dla mnie zrozumiały, że moje zdjęcia, nagrania, głos lub wypowiedzi mogą być publikowane przez Caritas. </w:t>
      </w:r>
    </w:p>
    <w:p w14:paraId="2A0DBC6D" w14:textId="4A2BA380" w:rsidR="001939AF" w:rsidRDefault="001F4BF7">
      <w:pPr>
        <w:spacing w:after="40" w:line="240" w:lineRule="auto"/>
      </w:pPr>
      <w:r>
        <w:rPr>
          <w:rFonts w:cs="Times New Roman"/>
        </w:rPr>
        <w:t xml:space="preserve"> ☐ zgadzam się   ☐ nie zgadzam się</w:t>
      </w:r>
    </w:p>
    <w:p w14:paraId="5A763099" w14:textId="77777777" w:rsidR="001779F2" w:rsidRDefault="001779F2" w:rsidP="00C61A39">
      <w:pPr>
        <w:spacing w:after="20" w:line="240" w:lineRule="auto"/>
        <w:jc w:val="both"/>
        <w:rPr>
          <w:rFonts w:cs="Times New Roman"/>
        </w:rPr>
      </w:pPr>
    </w:p>
    <w:p w14:paraId="6C026841" w14:textId="45F17083" w:rsidR="001939AF" w:rsidRDefault="001F4BF7" w:rsidP="00C61A39">
      <w:pPr>
        <w:spacing w:after="20" w:line="240" w:lineRule="auto"/>
        <w:jc w:val="both"/>
      </w:pPr>
      <w:r>
        <w:rPr>
          <w:rFonts w:cs="Times New Roman"/>
        </w:rPr>
        <w:t>Imię i nazwisko małoletniego: ....................................................    Podpis/data: ....................................................</w:t>
      </w:r>
    </w:p>
    <w:p w14:paraId="60B966B2" w14:textId="77777777" w:rsidR="001779F2" w:rsidRDefault="001779F2" w:rsidP="00C61A39">
      <w:pPr>
        <w:spacing w:after="0" w:line="240" w:lineRule="auto"/>
        <w:jc w:val="both"/>
        <w:rPr>
          <w:rFonts w:cs="Times New Roman"/>
          <w:i/>
        </w:rPr>
      </w:pPr>
    </w:p>
    <w:p w14:paraId="7B0F43F3" w14:textId="717D23F6" w:rsidR="001939AF" w:rsidRDefault="001F4BF7" w:rsidP="00C61A39">
      <w:pPr>
        <w:spacing w:after="0" w:line="240" w:lineRule="auto"/>
        <w:jc w:val="both"/>
      </w:pPr>
      <w:r>
        <w:rPr>
          <w:rFonts w:cs="Times New Roman"/>
          <w:i/>
        </w:rPr>
        <w:t>Jeżeli małoletni nie jest w stanie świadomie wyrazić stanowiska, nie wymaga się jego podpisu; należy jednak respektować jego sprzeciw lub dyskomfort.</w:t>
      </w:r>
    </w:p>
    <w:p w14:paraId="13AEB0A0" w14:textId="77777777" w:rsidR="001939AF" w:rsidRDefault="001F4BF7">
      <w:pPr>
        <w:spacing w:after="100" w:line="240" w:lineRule="auto"/>
        <w:jc w:val="center"/>
      </w:pPr>
      <w:r>
        <w:rPr>
          <w:rFonts w:cs="Times New Roman"/>
          <w:b/>
        </w:rPr>
        <w:lastRenderedPageBreak/>
        <w:t>INFORMACJA O PRZETWARZANIU DANYCH OSOBOWYCH</w:t>
      </w:r>
      <w:r>
        <w:rPr>
          <w:rFonts w:cs="Times New Roman"/>
          <w:b/>
        </w:rPr>
        <w:br/>
        <w:t>W ZWIĄZKU Z WIZERUNKIEM, GŁOSEM I WYPOWIEDZIĄ</w:t>
      </w:r>
    </w:p>
    <w:p w14:paraId="65FF0685" w14:textId="42AAB101" w:rsidR="001779F2" w:rsidRPr="001779F2" w:rsidRDefault="001779F2" w:rsidP="00364634">
      <w:pPr>
        <w:pStyle w:val="Nagwek1"/>
        <w:jc w:val="both"/>
        <w:rPr>
          <w:rFonts w:cs="Times New Roman"/>
        </w:rPr>
      </w:pPr>
      <w:r w:rsidRPr="001779F2">
        <w:rPr>
          <w:rFonts w:ascii="Times New Roman" w:eastAsia="Times New Roman" w:hAnsi="Times New Roman" w:cs="Times New Roman"/>
          <w:color w:val="auto"/>
          <w:sz w:val="22"/>
          <w:szCs w:val="22"/>
        </w:rPr>
        <w:t>1. Administrator danych.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Pr="001779F2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Administratorem danych osobowych jest Caritas Diecezji Zamojsko-Lubaczowskiej, ul.</w:t>
      </w:r>
      <w:r w:rsidR="00364634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 </w:t>
      </w:r>
      <w:r w:rsidRPr="001779F2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Hetmana Jana Zamoyskiego 1, 22-400 Zamość, e-mail: zamosc@caritas.pl, tel. 606 673 423.</w:t>
      </w:r>
    </w:p>
    <w:p w14:paraId="2D1E2522" w14:textId="565CD872" w:rsidR="001779F2" w:rsidRPr="001779F2" w:rsidRDefault="001779F2" w:rsidP="00364634">
      <w:pPr>
        <w:spacing w:after="0"/>
        <w:jc w:val="both"/>
        <w:rPr>
          <w:rFonts w:cs="Times New Roman"/>
        </w:rPr>
      </w:pPr>
      <w:r w:rsidRPr="00364634">
        <w:rPr>
          <w:rFonts w:cs="Times New Roman"/>
          <w:b/>
          <w:bCs/>
        </w:rPr>
        <w:t>2. Kontakt z Inspektorem Ochrony Danych.</w:t>
      </w:r>
      <w:r>
        <w:rPr>
          <w:rFonts w:cs="Times New Roman"/>
        </w:rPr>
        <w:t xml:space="preserve"> Z Inspektorem Ochrony Danych można skontaktować się pod adresem e-mail: </w:t>
      </w:r>
      <w:hyperlink r:id="rId10" w:history="1">
        <w:r w:rsidR="0083160B" w:rsidRPr="00D9686C">
          <w:rPr>
            <w:rStyle w:val="Hipercze"/>
            <w:rFonts w:cs="Times New Roman"/>
          </w:rPr>
          <w:t>iod.zamosc@caritas.pl</w:t>
        </w:r>
      </w:hyperlink>
      <w:r w:rsidR="0083160B">
        <w:rPr>
          <w:rFonts w:cs="Times New Roman"/>
        </w:rPr>
        <w:t xml:space="preserve"> </w:t>
      </w:r>
    </w:p>
    <w:p w14:paraId="24C9F3CB" w14:textId="762B1AEF" w:rsidR="001939AF" w:rsidRDefault="001F4BF7" w:rsidP="00364634">
      <w:pPr>
        <w:spacing w:after="80" w:line="240" w:lineRule="auto"/>
        <w:jc w:val="both"/>
      </w:pPr>
      <w:r>
        <w:rPr>
          <w:rFonts w:cs="Times New Roman"/>
          <w:b/>
        </w:rPr>
        <w:t xml:space="preserve">2. Cele i podstawy prawne. </w:t>
      </w:r>
      <w:r>
        <w:rPr>
          <w:rFonts w:cs="Times New Roman"/>
        </w:rPr>
        <w:t>Wizerunek, głos i treść wypowiedzi są przetwarzane w celu dokumentowania i</w:t>
      </w:r>
      <w:r w:rsidR="001779F2">
        <w:rPr>
          <w:rFonts w:cs="Times New Roman"/>
        </w:rPr>
        <w:t> </w:t>
      </w:r>
      <w:r>
        <w:rPr>
          <w:rFonts w:cs="Times New Roman"/>
        </w:rPr>
        <w:t>relacjonowania działań, wydarzeń, akcji i inicjatyw Caritas oraz promocji wolontariatu i działalności statutowej – na podstawie zgody (art. 6 ust. 1 lit. a RODO), a rozpowszechnianie wizerunku także na podstawie art. 81 ust. 1 ustawy o</w:t>
      </w:r>
      <w:r w:rsidR="001779F2">
        <w:rPr>
          <w:rFonts w:cs="Times New Roman"/>
        </w:rPr>
        <w:t> </w:t>
      </w:r>
      <w:r>
        <w:rPr>
          <w:rFonts w:cs="Times New Roman"/>
        </w:rPr>
        <w:t>prawie autorskim i prawach pokrewnych. Dane z formularza zgody mogą być przechowywane w celu wykazania jej udzielenia lub wycofania oraz ustalenia, dochodzenia lub obrony przed roszczeniami – na podstawie art. 6 ust. 1 lit. f RODO.</w:t>
      </w:r>
    </w:p>
    <w:p w14:paraId="2E1684E4" w14:textId="349C2482" w:rsidR="001779F2" w:rsidRPr="001779F2" w:rsidRDefault="001779F2" w:rsidP="00364634">
      <w:pPr>
        <w:spacing w:after="80" w:line="240" w:lineRule="auto"/>
        <w:jc w:val="both"/>
        <w:rPr>
          <w:rFonts w:cs="Times New Roman"/>
        </w:rPr>
      </w:pPr>
      <w:r w:rsidRPr="001779F2">
        <w:rPr>
          <w:rFonts w:cs="Times New Roman"/>
          <w:b/>
        </w:rPr>
        <w:t>4. Odbiorcy danych</w:t>
      </w:r>
      <w:r>
        <w:rPr>
          <w:rFonts w:cs="Times New Roman"/>
          <w:b/>
        </w:rPr>
        <w:t xml:space="preserve">. </w:t>
      </w:r>
      <w:r w:rsidRPr="001779F2">
        <w:rPr>
          <w:rFonts w:cs="Times New Roman"/>
        </w:rPr>
        <w:t>Materiały mogą zostać udostępnione osobom korzystającym ze strony internetowej i serwisów społecznościowych wskazanych w zgodzie. Odbiorcami danych mogą być również dostawcy hostingu, obsługi strony internetowej, usług informatycznych oraz podmioty świadczące na rzecz Caritas usługi fotograficzne, filmowe, montażowe lub promocyjne - w zakresie niezbędnym do realizacji tych usług. W przypadku publikacji w serwisach YouTube, Facebook i Instagram dane są również udostępniane operatorom tych platform, którzy przetwarzają je zgodnie z własnymi zasadami prywatności.</w:t>
      </w:r>
    </w:p>
    <w:p w14:paraId="7F6F9CB4" w14:textId="399C4FA9" w:rsidR="001779F2" w:rsidRDefault="001779F2" w:rsidP="00364634">
      <w:pPr>
        <w:spacing w:after="80" w:line="240" w:lineRule="auto"/>
        <w:jc w:val="both"/>
        <w:rPr>
          <w:rFonts w:cs="Times New Roman"/>
        </w:rPr>
      </w:pPr>
      <w:r w:rsidRPr="001779F2">
        <w:rPr>
          <w:rFonts w:cs="Times New Roman"/>
          <w:b/>
        </w:rPr>
        <w:t>5. Przekazywanie danych poza Europejski Obszar Gospodarczy</w:t>
      </w:r>
      <w:r>
        <w:rPr>
          <w:rFonts w:cs="Times New Roman"/>
          <w:b/>
        </w:rPr>
        <w:t xml:space="preserve">. </w:t>
      </w:r>
      <w:r w:rsidRPr="001779F2">
        <w:rPr>
          <w:rFonts w:cs="Times New Roman"/>
        </w:rPr>
        <w:t>W związku z publikacją materiałów w serwisach YouTube, Facebook i Instagram dane mogą być przetwarzane przez operatorów tych platform również poza Europejskim Obszarem Gospodarczym. Operatorzy platform stosują mechanizmy przewidziane w rozdziale V RODO, zgodnie z informacjami udostępnianymi w ich politykach prywatności</w:t>
      </w:r>
      <w:r>
        <w:rPr>
          <w:rFonts w:cs="Times New Roman"/>
        </w:rPr>
        <w:t>.</w:t>
      </w:r>
    </w:p>
    <w:p w14:paraId="29F41780" w14:textId="3CA8C868" w:rsidR="001939AF" w:rsidRDefault="001F4BF7" w:rsidP="00364634">
      <w:pPr>
        <w:spacing w:after="80" w:line="240" w:lineRule="auto"/>
        <w:jc w:val="both"/>
      </w:pPr>
      <w:r w:rsidRPr="001779F2">
        <w:rPr>
          <w:b/>
          <w:bCs/>
        </w:rPr>
        <w:t>4. Okres przetwarzania.</w:t>
      </w:r>
      <w:r>
        <w:t xml:space="preserve"> Wizerunek, głos i treść wypowiedzi będą przetwarzane do czasu ustania celu, dla którego zostały utrwalone i opublikowane, albo do wcześniejszego wycofania zgody lub uwzględnienia żądania usunięcia danych. Wycofanie zgody nie wpływa na zgodność z prawem przetwarzania dokonanego na jej podstawie przed wycofaniem. Formularz zgody może być przechowywany przez okres niezbędny do wykazania zgodności przetwarzania z prawem oraz do upływu terminów przedawnienia ewentualnych roszczeń.</w:t>
      </w:r>
    </w:p>
    <w:p w14:paraId="143648AB" w14:textId="5D23938E" w:rsidR="001939AF" w:rsidRDefault="001F4BF7" w:rsidP="00364634">
      <w:pPr>
        <w:spacing w:after="80" w:line="240" w:lineRule="auto"/>
        <w:jc w:val="both"/>
      </w:pPr>
      <w:r>
        <w:rPr>
          <w:rFonts w:cs="Times New Roman"/>
          <w:b/>
        </w:rPr>
        <w:t xml:space="preserve">5. Prawa. </w:t>
      </w:r>
      <w:r w:rsidR="001779F2">
        <w:rPr>
          <w:rFonts w:cs="Times New Roman"/>
        </w:rPr>
        <w:t xml:space="preserve">Osobie, której dane dotyczą, przysługuje - w zakresie wynikającym z RODO - </w:t>
      </w:r>
      <w:r>
        <w:rPr>
          <w:rFonts w:cs="Times New Roman"/>
        </w:rPr>
        <w:t>prawo dostępu do danych, ich sprostowania, usunięcia, ograniczenia przetwarzania oraz – gdy ma zastosowanie – przenoszenia danych. Wobec przetwarzania opartego na art. 6 ust. 1 lit. f RODO przysługuje prawo sprzeciwu. Zgodę można wycofać w dowolnym momencie, bez wpływu na zgodność z prawem wcześniejszego przetwarzania.</w:t>
      </w:r>
    </w:p>
    <w:p w14:paraId="018E8052" w14:textId="01E912F1" w:rsidR="001939AF" w:rsidRDefault="001F4BF7" w:rsidP="00364634">
      <w:pPr>
        <w:spacing w:after="60" w:line="240" w:lineRule="auto"/>
        <w:jc w:val="both"/>
      </w:pPr>
      <w:r>
        <w:rPr>
          <w:rFonts w:cs="Times New Roman"/>
          <w:b/>
        </w:rPr>
        <w:t xml:space="preserve">6. Skarga. </w:t>
      </w:r>
      <w:r w:rsidR="001779F2">
        <w:rPr>
          <w:rFonts w:cs="Times New Roman"/>
        </w:rPr>
        <w:t>Osobie, której dane dotyczą, p</w:t>
      </w:r>
      <w:r>
        <w:rPr>
          <w:rFonts w:cs="Times New Roman"/>
        </w:rPr>
        <w:t>rzysługuje prawo wniesienia skargi do Prezesa Urzędu Ochrony Danych Osobowych, jeżeli osoba uzna, że jej dane są przetwarzane niezgodnie z prawem.</w:t>
      </w:r>
    </w:p>
    <w:p w14:paraId="52DD861B" w14:textId="77777777" w:rsidR="001939AF" w:rsidRDefault="001F4BF7" w:rsidP="00364634">
      <w:pPr>
        <w:spacing w:after="60" w:line="240" w:lineRule="auto"/>
        <w:jc w:val="both"/>
      </w:pPr>
      <w:r>
        <w:rPr>
          <w:rFonts w:cs="Times New Roman"/>
          <w:b/>
        </w:rPr>
        <w:t xml:space="preserve">7. Dobrowolność. </w:t>
      </w:r>
      <w:r>
        <w:rPr>
          <w:rFonts w:cs="Times New Roman"/>
        </w:rPr>
        <w:t>Podanie danych i wyrażenie zgody jest dobrowolne. Brak zgody nie powoduje negatywnych konsekwencji ani nie wpływa na możliwość udziału w działaniach Caritas lub korzystania z pomocy Caritas.</w:t>
      </w:r>
    </w:p>
    <w:p w14:paraId="176E9C1E" w14:textId="77777777" w:rsidR="001939AF" w:rsidRDefault="001F4BF7" w:rsidP="00364634">
      <w:pPr>
        <w:spacing w:after="60" w:line="240" w:lineRule="auto"/>
        <w:jc w:val="both"/>
      </w:pPr>
      <w:r>
        <w:rPr>
          <w:rFonts w:cs="Times New Roman"/>
          <w:b/>
        </w:rPr>
        <w:t xml:space="preserve">8. Automatyczne decyzje. </w:t>
      </w:r>
      <w:r>
        <w:rPr>
          <w:rFonts w:cs="Times New Roman"/>
        </w:rPr>
        <w:t>Dane nie będą wykorzystywane do zautomatyzowanego podejmowania decyzji ani profilowania.</w:t>
      </w:r>
    </w:p>
    <w:sectPr w:rsidR="001939AF" w:rsidSect="00034616">
      <w:pgSz w:w="12240" w:h="15840"/>
      <w:pgMar w:top="692" w:right="833" w:bottom="692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1543927">
    <w:abstractNumId w:val="8"/>
  </w:num>
  <w:num w:numId="2" w16cid:durableId="1700273011">
    <w:abstractNumId w:val="6"/>
  </w:num>
  <w:num w:numId="3" w16cid:durableId="1078526072">
    <w:abstractNumId w:val="5"/>
  </w:num>
  <w:num w:numId="4" w16cid:durableId="223299148">
    <w:abstractNumId w:val="4"/>
  </w:num>
  <w:num w:numId="5" w16cid:durableId="12533777">
    <w:abstractNumId w:val="7"/>
  </w:num>
  <w:num w:numId="6" w16cid:durableId="1388381895">
    <w:abstractNumId w:val="3"/>
  </w:num>
  <w:num w:numId="7" w16cid:durableId="356926445">
    <w:abstractNumId w:val="2"/>
  </w:num>
  <w:num w:numId="8" w16cid:durableId="1844272314">
    <w:abstractNumId w:val="1"/>
  </w:num>
  <w:num w:numId="9" w16cid:durableId="201159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79F2"/>
    <w:rsid w:val="001939AF"/>
    <w:rsid w:val="001F4BF7"/>
    <w:rsid w:val="0023447B"/>
    <w:rsid w:val="0029639D"/>
    <w:rsid w:val="00326F90"/>
    <w:rsid w:val="00364634"/>
    <w:rsid w:val="003E5E0E"/>
    <w:rsid w:val="004E2B19"/>
    <w:rsid w:val="0083160B"/>
    <w:rsid w:val="00876089"/>
    <w:rsid w:val="00A13075"/>
    <w:rsid w:val="00A234FB"/>
    <w:rsid w:val="00AA1D8D"/>
    <w:rsid w:val="00B47730"/>
    <w:rsid w:val="00C61A39"/>
    <w:rsid w:val="00CB0664"/>
    <w:rsid w:val="00CB6ADD"/>
    <w:rsid w:val="00D6700A"/>
    <w:rsid w:val="00F33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5DA316"/>
  <w14:defaultImageDpi w14:val="300"/>
  <w15:docId w15:val="{521738CD-F083-4053-86D3-C6A2973B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8316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16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34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caritasdiecezjizamojsko-lu266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acebook.com/CaritasZamos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ritas.zamojskolubaczowska.pl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zamosc@carita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caritas_zamo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1000</Words>
  <Characters>6001</Characters>
  <Application>Microsoft Office Word</Application>
  <DocSecurity>0</DocSecurity>
  <Lines>50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Dobrowolna zgoda na utrwalanie i rozpowszechnianie wizerunku, głosu i wypowiedzi przez Caritas Diecezji Zamojsko-Lubaczowskiej</vt:lpstr>
      <vt:lpstr/>
    </vt:vector>
  </TitlesOfParts>
  <Manager/>
  <Company/>
  <LinksUpToDate>false</LinksUpToDate>
  <CharactersWithSpaces>6988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Dobrowolna zgoda na utrwalanie i rozpowszechnianie wizerunku, głosu i wypowiedzi przez Caritas Diecezji Zamojsko-Lubaczowskiej</dc:title>
  <dc:subject>Zgoda i klauzula informacyjna</dc:subject>
  <dc:creator>Małgorzata Grela</dc:creator>
  <cp:keywords/>
  <dc:description>generated by python-docx</dc:description>
  <cp:lastModifiedBy>Caritas Diecezji Zamojsko-Lubaczowskiej</cp:lastModifiedBy>
  <cp:revision>9</cp:revision>
  <dcterms:created xsi:type="dcterms:W3CDTF">2026-08-22T05:18:00Z</dcterms:created>
  <dcterms:modified xsi:type="dcterms:W3CDTF">2026-08-24T09:30:00Z</dcterms:modified>
  <cp:category/>
  <dc:language>pl-PL</dc:language>
</cp:coreProperties>
</file>